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sz w:val="32"/>
        </w:rPr>
        <w:t>UNQUALIFIED OPINION TEMPLATE</w:t>
      </w:r>
    </w:p>
    <w:p>
      <w:r>
        <w:t>Independent Auditor's Report</w:t>
      </w:r>
    </w:p>
    <w:p>
      <w:r>
        <w:t>To the Members of [Entity Name]</w:t>
      </w:r>
    </w:p>
    <w:p>
      <w:pPr>
        <w:pStyle w:val="Heading2"/>
      </w:pPr>
      <w:r>
        <w:t>Opinion</w:t>
      </w:r>
    </w:p>
    <w:p>
      <w:r>
        <w:t>In our opinion, the accompanying financial statements give a true and fair view of the financial position of the Company as at [date], and of its financial performance and cash flows for the year then ended in accordance with the applicable financial reporting framework.</w:t>
      </w:r>
    </w:p>
    <w:p>
      <w:pPr>
        <w:pStyle w:val="Heading2"/>
      </w:pPr>
      <w:r>
        <w:t>Basis for Opinion</w:t>
      </w:r>
    </w:p>
    <w:p>
      <w:r>
        <w:t>We conducted our audit in accordance with applicable Standards on Auditing. We are independent of the Company and believe that the audit evidence obtained is sufficient and appropriate to provide a basis for our opinion.</w:t>
      </w:r>
    </w:p>
    <w:p>
      <w:pPr>
        <w:pStyle w:val="Heading2"/>
      </w:pPr>
      <w:r>
        <w:t>Responsibilities of Management</w:t>
      </w:r>
    </w:p>
    <w:p>
      <w:r>
        <w:t>Management is responsible for preparation of the financial statements, maintenance of adequate accounting records, internal controls, and assessment of going concern.</w:t>
      </w:r>
    </w:p>
    <w:p>
      <w:pPr>
        <w:pStyle w:val="Heading2"/>
      </w:pPr>
      <w:r>
        <w:t>Auditor's Responsibilities</w:t>
      </w:r>
    </w:p>
    <w:p>
      <w:r>
        <w:t>Our objectives are to obtain reasonable assurance about whether the financial statements are free from material misstatement and to issue an auditor's report.</w:t>
      </w:r>
    </w:p>
    <w:p>
      <w:r>
        <w:t>For [Audit Firm Name]</w:t>
        <w:br/>
        <w:t>Chartered Accountants</w:t>
        <w:br/>
        <w:br/>
        <w:t>Signature: __________</w:t>
        <w:br/>
        <w:t>Partner: __________</w:t>
        <w:br/>
        <w:t>Date: __________</w:t>
        <w:br/>
        <w:t>Place: __________</w:t>
      </w:r>
    </w:p>
    <w:p>
      <w:r>
        <w:br w:type="page"/>
      </w:r>
    </w:p>
    <w:p/>
    <w:p/>
    <w:p/>
    <w:p/>
    <w:p>
      <w:pPr>
        <w:jc w:val="center"/>
      </w:pPr>
      <w:r>
        <w:rPr>
          <w:b/>
          <w:sz w:val="32"/>
        </w:rPr>
        <w:t>QUALIFIED OPINION TEMPLATE</w:t>
      </w:r>
    </w:p>
    <w:p>
      <w:r>
        <w:t>Independent Auditor's Report</w:t>
      </w:r>
    </w:p>
    <w:p>
      <w:r>
        <w:t>To the Members of [Entity Name]</w:t>
      </w:r>
    </w:p>
    <w:p>
      <w:pPr>
        <w:pStyle w:val="Heading2"/>
      </w:pPr>
      <w:r>
        <w:t>Opinion</w:t>
      </w:r>
    </w:p>
    <w:p>
      <w:r>
        <w:t>In our opinion, except for the effects of the matter described in the Basis for Qualified Opinion section, the accompanying financial statements give a true and fair view of the financial position of the Company as at [date], and of its financial performance and cash flows for the year then ended in accordance with the applicable financial reporting framework.</w:t>
      </w:r>
    </w:p>
    <w:p>
      <w:pPr>
        <w:pStyle w:val="Heading2"/>
      </w:pPr>
      <w:r>
        <w:t>Basis for Opinion</w:t>
      </w:r>
    </w:p>
    <w:p>
      <w:r>
        <w:t>We conducted our audit in accordance with applicable Standards on Auditing. We are independent of the Company and believe that the audit evidence obtained is sufficient and appropriate to provide a basis for our opinion.</w:t>
      </w:r>
    </w:p>
    <w:p>
      <w:pPr>
        <w:pStyle w:val="Heading2"/>
      </w:pPr>
      <w:r>
        <w:t>Responsibilities of Management</w:t>
      </w:r>
    </w:p>
    <w:p>
      <w:r>
        <w:t>Management is responsible for preparation of the financial statements, maintenance of adequate accounting records, internal controls, and assessment of going concern.</w:t>
      </w:r>
    </w:p>
    <w:p>
      <w:pPr>
        <w:pStyle w:val="Heading2"/>
      </w:pPr>
      <w:r>
        <w:t>Auditor's Responsibilities</w:t>
      </w:r>
    </w:p>
    <w:p>
      <w:r>
        <w:t>Our objectives are to obtain reasonable assurance about whether the financial statements are free from material misstatement and to issue an auditor's report.</w:t>
      </w:r>
    </w:p>
    <w:p>
      <w:r>
        <w:t>For [Audit Firm Name]</w:t>
        <w:br/>
        <w:t>Chartered Accountants</w:t>
        <w:br/>
        <w:br/>
        <w:t>Signature: __________</w:t>
        <w:br/>
        <w:t>Partner: __________</w:t>
        <w:br/>
        <w:t>Date: __________</w:t>
        <w:br/>
        <w:t>Place: __________</w:t>
      </w:r>
    </w:p>
    <w:p>
      <w:r>
        <w:br w:type="page"/>
      </w:r>
    </w:p>
    <w:p/>
    <w:p/>
    <w:p/>
    <w:p/>
    <w:p>
      <w:pPr>
        <w:jc w:val="center"/>
      </w:pPr>
      <w:r>
        <w:rPr>
          <w:b/>
          <w:sz w:val="32"/>
        </w:rPr>
        <w:t>ADVERSE OPINION TEMPLATE</w:t>
      </w:r>
    </w:p>
    <w:p>
      <w:r>
        <w:t>Independent Auditor's Report</w:t>
      </w:r>
    </w:p>
    <w:p>
      <w:r>
        <w:t>To the Members of [Entity Name]</w:t>
      </w:r>
    </w:p>
    <w:p>
      <w:pPr>
        <w:pStyle w:val="Heading2"/>
      </w:pPr>
      <w:r>
        <w:t>Opinion</w:t>
      </w:r>
    </w:p>
    <w:p>
      <w:r>
        <w:t>Because of the significance of the matter described in the Basis for Adverse Opinion section, the accompanying financial statements do not give a true and fair view of the financial position of the Company as at [date], nor of its financial performance and cash flows for the year then ended in accordance with the applicable financial reporting framework.</w:t>
      </w:r>
    </w:p>
    <w:p>
      <w:pPr>
        <w:pStyle w:val="Heading2"/>
      </w:pPr>
      <w:r>
        <w:t>Basis for Opinion</w:t>
      </w:r>
    </w:p>
    <w:p>
      <w:r>
        <w:t>We conducted our audit in accordance with applicable Standards on Auditing. We are independent of the Company and believe that the audit evidence obtained is sufficient and appropriate to provide a basis for our opinion.</w:t>
      </w:r>
    </w:p>
    <w:p>
      <w:pPr>
        <w:pStyle w:val="Heading2"/>
      </w:pPr>
      <w:r>
        <w:t>Responsibilities of Management</w:t>
      </w:r>
    </w:p>
    <w:p>
      <w:r>
        <w:t>Management is responsible for preparation of the financial statements, maintenance of adequate accounting records, internal controls, and assessment of going concern.</w:t>
      </w:r>
    </w:p>
    <w:p>
      <w:pPr>
        <w:pStyle w:val="Heading2"/>
      </w:pPr>
      <w:r>
        <w:t>Auditor's Responsibilities</w:t>
      </w:r>
    </w:p>
    <w:p>
      <w:r>
        <w:t>Our objectives are to obtain reasonable assurance about whether the financial statements are free from material misstatement and to issue an auditor's report.</w:t>
      </w:r>
    </w:p>
    <w:p>
      <w:r>
        <w:t>For [Audit Firm Name]</w:t>
        <w:br/>
        <w:t>Chartered Accountants</w:t>
        <w:br/>
        <w:br/>
        <w:t>Signature: __________</w:t>
        <w:br/>
        <w:t>Partner: __________</w:t>
        <w:br/>
        <w:t>Date: __________</w:t>
        <w:br/>
        <w:t>Place: __________</w:t>
      </w:r>
    </w:p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